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40" w:type="dxa"/>
        <w:tblLayout w:type="fixed"/>
        <w:tblLook w:val="04A0" w:firstRow="1" w:lastRow="0" w:firstColumn="1" w:lastColumn="0" w:noHBand="0" w:noVBand="1"/>
      </w:tblPr>
      <w:tblGrid>
        <w:gridCol w:w="1520"/>
        <w:gridCol w:w="8090"/>
      </w:tblGrid>
      <w:tr w:rsidR="00B0125A" w14:paraId="7E43D7B0" w14:textId="77777777">
        <w:trPr>
          <w:trHeight w:val="1320"/>
        </w:trPr>
        <w:tc>
          <w:tcPr>
            <w:tcW w:w="152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13F175E" w14:textId="77777777" w:rsidR="00B0125A" w:rsidRDefault="00000000">
            <w:r>
              <w:rPr>
                <w:noProof/>
              </w:rPr>
              <w:drawing>
                <wp:inline distT="0" distB="0" distL="0" distR="0" wp14:anchorId="458559C7" wp14:editId="27D1F538">
                  <wp:extent cx="825500" cy="81383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a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1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C7060F0" w14:textId="77777777" w:rsidR="00B0125A" w:rsidRDefault="00000000">
            <w:r>
              <w:rPr>
                <w:color w:val="000000"/>
                <w:sz w:val="28"/>
              </w:rPr>
              <w:t>MATEMATICKO-FYZIKÁLNÍ</w:t>
            </w:r>
            <w:r>
              <w:rPr>
                <w:color w:val="000000"/>
                <w:sz w:val="28"/>
              </w:rPr>
              <w:br/>
              <w:t>FAKULTA</w:t>
            </w:r>
            <w:r>
              <w:rPr>
                <w:color w:val="000000"/>
                <w:sz w:val="28"/>
              </w:rPr>
              <w:br/>
              <w:t>Univerzita Karlova</w:t>
            </w:r>
          </w:p>
        </w:tc>
      </w:tr>
    </w:tbl>
    <w:p w14:paraId="0BB66890" w14:textId="77777777" w:rsidR="00B0125A" w:rsidRDefault="00B0125A">
      <w:pPr>
        <w:spacing w:line="100" w:lineRule="exact"/>
      </w:pPr>
    </w:p>
    <w:p w14:paraId="6FD605E5" w14:textId="77777777" w:rsidR="00B0125A" w:rsidRDefault="00000000">
      <w:pPr>
        <w:spacing w:after="140"/>
      </w:pPr>
      <w:r>
        <w:rPr>
          <w:b/>
          <w:color w:val="000000"/>
          <w:sz w:val="28"/>
        </w:rPr>
        <w:t>VÝKAZ PRÁCE A ODPRACOVANÝCH HODIN NA DPP / DPČ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232"/>
        <w:gridCol w:w="2508"/>
        <w:gridCol w:w="460"/>
        <w:gridCol w:w="2090"/>
        <w:gridCol w:w="460"/>
        <w:gridCol w:w="1470"/>
      </w:tblGrid>
      <w:tr w:rsidR="00B0125A" w14:paraId="6647CB80" w14:textId="77777777">
        <w:trPr>
          <w:trHeight w:val="340"/>
        </w:trPr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0AD1B21" w14:textId="77777777" w:rsidR="00B0125A" w:rsidRDefault="00B0125A"/>
        </w:tc>
        <w:tc>
          <w:tcPr>
            <w:tcW w:w="46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BF67B10" w14:textId="77777777" w:rsidR="00B0125A" w:rsidRDefault="00B0125A"/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9DBBF87" w14:textId="77777777" w:rsidR="00B0125A" w:rsidRDefault="00B0125A"/>
        </w:tc>
        <w:tc>
          <w:tcPr>
            <w:tcW w:w="46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E4F4B30" w14:textId="77777777" w:rsidR="00B0125A" w:rsidRDefault="00B0125A"/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30447EA" w14:textId="77777777" w:rsidR="00B0125A" w:rsidRDefault="00B0125A"/>
        </w:tc>
      </w:tr>
      <w:tr w:rsidR="00B0125A" w14:paraId="399D1186" w14:textId="77777777">
        <w:trPr>
          <w:trHeight w:val="340"/>
        </w:trPr>
        <w:tc>
          <w:tcPr>
            <w:tcW w:w="4590" w:type="dxa"/>
            <w:gridSpan w:val="3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B56D220" w14:textId="77777777" w:rsidR="00B0125A" w:rsidRDefault="00000000">
            <w:r>
              <w:rPr>
                <w:color w:val="000000"/>
                <w:sz w:val="12"/>
              </w:rPr>
              <w:t>TITUL, JMÉNO, PŘÍJMENÍ</w:t>
            </w:r>
          </w:p>
        </w:tc>
        <w:tc>
          <w:tcPr>
            <w:tcW w:w="46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CC813A7" w14:textId="77777777" w:rsidR="00B0125A" w:rsidRDefault="00B0125A"/>
        </w:tc>
        <w:tc>
          <w:tcPr>
            <w:tcW w:w="209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2A6DB97" w14:textId="77777777" w:rsidR="00B0125A" w:rsidRDefault="00000000">
            <w:r>
              <w:rPr>
                <w:color w:val="000000"/>
                <w:sz w:val="12"/>
              </w:rPr>
              <w:t>ČÍSLO DOHODY</w:t>
            </w:r>
          </w:p>
        </w:tc>
        <w:tc>
          <w:tcPr>
            <w:tcW w:w="46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642F550" w14:textId="77777777" w:rsidR="00B0125A" w:rsidRDefault="00B0125A"/>
        </w:tc>
        <w:tc>
          <w:tcPr>
            <w:tcW w:w="1470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1C9E684" w14:textId="77777777" w:rsidR="00B0125A" w:rsidRDefault="00000000">
            <w:r>
              <w:rPr>
                <w:color w:val="000000"/>
                <w:sz w:val="12"/>
              </w:rPr>
              <w:t>VÝKAZ PRÁCE ZA</w:t>
            </w:r>
            <w:r>
              <w:rPr>
                <w:color w:val="000000"/>
                <w:sz w:val="12"/>
              </w:rPr>
              <w:br/>
              <w:t>OBDOBÍ (MĚSÍC/ROK)</w:t>
            </w:r>
          </w:p>
        </w:tc>
      </w:tr>
      <w:tr w:rsidR="00B0125A" w14:paraId="17601BC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9B604AB" w14:textId="77777777" w:rsidR="00B0125A" w:rsidRDefault="00000000">
            <w:r>
              <w:rPr>
                <w:b/>
                <w:color w:val="000000"/>
                <w:sz w:val="14"/>
              </w:rPr>
              <w:t>DEN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6DDED70" w14:textId="77777777" w:rsidR="00B0125A" w:rsidRDefault="00000000">
            <w:r>
              <w:rPr>
                <w:b/>
                <w:color w:val="000000"/>
                <w:sz w:val="14"/>
              </w:rPr>
              <w:t>POČET HODIN</w:t>
            </w:r>
          </w:p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AEAA8F1" w14:textId="77777777" w:rsidR="00B0125A" w:rsidRDefault="00000000">
            <w:r>
              <w:rPr>
                <w:b/>
                <w:color w:val="000000"/>
                <w:sz w:val="14"/>
              </w:rPr>
              <w:t>POPIS ČINNOSTI</w:t>
            </w:r>
          </w:p>
        </w:tc>
      </w:tr>
      <w:tr w:rsidR="00B0125A" w14:paraId="2AAC8498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D16E022" w14:textId="77777777" w:rsidR="00B0125A" w:rsidRDefault="00000000">
            <w:r>
              <w:t>1.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1A16AB1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886E92F" w14:textId="77777777" w:rsidR="00B0125A" w:rsidRDefault="00B0125A"/>
        </w:tc>
      </w:tr>
      <w:tr w:rsidR="00B0125A" w14:paraId="2E52518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76790DD" w14:textId="77777777" w:rsidR="00B0125A" w:rsidRDefault="00000000">
            <w:r>
              <w:t>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B2D395E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0FE7EC6" w14:textId="77777777" w:rsidR="00B0125A" w:rsidRDefault="00B0125A"/>
        </w:tc>
      </w:tr>
      <w:tr w:rsidR="00B0125A" w14:paraId="5F8134F1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70EEC48" w14:textId="77777777" w:rsidR="00B0125A" w:rsidRDefault="00000000">
            <w:r>
              <w:t>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28B5522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64DBE10" w14:textId="77777777" w:rsidR="00B0125A" w:rsidRDefault="00B0125A"/>
        </w:tc>
      </w:tr>
      <w:tr w:rsidR="00B0125A" w14:paraId="7AAFCFF1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AD8FD2E" w14:textId="77777777" w:rsidR="00B0125A" w:rsidRDefault="00000000">
            <w:r>
              <w:t>4.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175C2AC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DBA2F27" w14:textId="77777777" w:rsidR="00B0125A" w:rsidRDefault="00B0125A"/>
        </w:tc>
      </w:tr>
      <w:tr w:rsidR="00B0125A" w14:paraId="1B12C735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5C95C84" w14:textId="77777777" w:rsidR="00B0125A" w:rsidRDefault="00000000">
            <w:r>
              <w:t>5.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8EF197B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7B1623E" w14:textId="77777777" w:rsidR="00B0125A" w:rsidRDefault="00B0125A"/>
        </w:tc>
      </w:tr>
      <w:tr w:rsidR="00B0125A" w14:paraId="057C692B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A70F832" w14:textId="77777777" w:rsidR="00B0125A" w:rsidRDefault="00000000">
            <w:r>
              <w:t>6.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AEE7BFF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A179358" w14:textId="77777777" w:rsidR="00B0125A" w:rsidRDefault="00B0125A"/>
        </w:tc>
      </w:tr>
      <w:tr w:rsidR="00B0125A" w14:paraId="7199E10E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0DB5411" w14:textId="77777777" w:rsidR="00B0125A" w:rsidRDefault="00000000">
            <w:r>
              <w:t>7.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934C18E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7F232F7" w14:textId="77777777" w:rsidR="00B0125A" w:rsidRDefault="00B0125A"/>
        </w:tc>
      </w:tr>
      <w:tr w:rsidR="00B0125A" w14:paraId="746FCF3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75BC02F" w14:textId="77777777" w:rsidR="00B0125A" w:rsidRDefault="00000000">
            <w:r>
              <w:t>8.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5E8ACB4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A36693A" w14:textId="77777777" w:rsidR="00B0125A" w:rsidRDefault="00B0125A"/>
        </w:tc>
      </w:tr>
      <w:tr w:rsidR="00B0125A" w14:paraId="3B895EA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06DD943" w14:textId="77777777" w:rsidR="00B0125A" w:rsidRDefault="00000000">
            <w:r>
              <w:t>9.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134961E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96FA7E9" w14:textId="77777777" w:rsidR="00B0125A" w:rsidRDefault="00B0125A"/>
        </w:tc>
      </w:tr>
      <w:tr w:rsidR="00B0125A" w14:paraId="4DB323B9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00166C1" w14:textId="77777777" w:rsidR="00B0125A" w:rsidRDefault="00000000">
            <w:r>
              <w:t>10.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0CFC4BD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DBB8390" w14:textId="77777777" w:rsidR="00B0125A" w:rsidRDefault="00B0125A"/>
        </w:tc>
      </w:tr>
      <w:tr w:rsidR="00B0125A" w14:paraId="0A978309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C6E4626" w14:textId="77777777" w:rsidR="00B0125A" w:rsidRDefault="00000000">
            <w:r>
              <w:t>11.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D8606C1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9BE0A21" w14:textId="77777777" w:rsidR="00B0125A" w:rsidRDefault="00B0125A"/>
        </w:tc>
      </w:tr>
      <w:tr w:rsidR="00B0125A" w14:paraId="1211BA6D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18AAB3C" w14:textId="77777777" w:rsidR="00B0125A" w:rsidRDefault="00000000">
            <w:r>
              <w:t>12.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FD81B20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0957E0E" w14:textId="77777777" w:rsidR="00B0125A" w:rsidRDefault="00B0125A"/>
        </w:tc>
      </w:tr>
      <w:tr w:rsidR="00B0125A" w14:paraId="52E47691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D29AB2F" w14:textId="77777777" w:rsidR="00B0125A" w:rsidRDefault="00000000">
            <w:r>
              <w:t>13.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298FDC5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24C4449" w14:textId="77777777" w:rsidR="00B0125A" w:rsidRDefault="00B0125A"/>
        </w:tc>
      </w:tr>
      <w:tr w:rsidR="00B0125A" w14:paraId="23DEFD6F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1A56E8C" w14:textId="77777777" w:rsidR="00B0125A" w:rsidRDefault="00000000">
            <w:r>
              <w:t>14.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28EAA7A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62EFE50" w14:textId="77777777" w:rsidR="00B0125A" w:rsidRDefault="00B0125A"/>
        </w:tc>
      </w:tr>
      <w:tr w:rsidR="00B0125A" w14:paraId="069A8150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CAD51E8" w14:textId="77777777" w:rsidR="00B0125A" w:rsidRDefault="00000000">
            <w:r>
              <w:t>15.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02C0F2A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54EAEF4" w14:textId="77777777" w:rsidR="00B0125A" w:rsidRDefault="00B0125A"/>
        </w:tc>
      </w:tr>
      <w:tr w:rsidR="00B0125A" w14:paraId="4AA7B67C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05F9627" w14:textId="77777777" w:rsidR="00B0125A" w:rsidRDefault="00000000">
            <w:r>
              <w:t>16.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E1049EF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1F121B9" w14:textId="77777777" w:rsidR="00B0125A" w:rsidRDefault="00B0125A"/>
        </w:tc>
      </w:tr>
      <w:tr w:rsidR="00B0125A" w14:paraId="6DE550C9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F108BB0" w14:textId="77777777" w:rsidR="00B0125A" w:rsidRDefault="00000000">
            <w:r>
              <w:t>17.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8CBB434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9CD23DB" w14:textId="77777777" w:rsidR="00B0125A" w:rsidRDefault="00B0125A"/>
        </w:tc>
      </w:tr>
      <w:tr w:rsidR="00B0125A" w14:paraId="0B916427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159331F" w14:textId="77777777" w:rsidR="00B0125A" w:rsidRDefault="00000000">
            <w:r>
              <w:t>18.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60AE8BB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B8F17D1" w14:textId="77777777" w:rsidR="00B0125A" w:rsidRDefault="00B0125A"/>
        </w:tc>
      </w:tr>
      <w:tr w:rsidR="00B0125A" w14:paraId="4397843D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3BBDA9F" w14:textId="77777777" w:rsidR="00B0125A" w:rsidRDefault="00000000">
            <w:r>
              <w:t>19.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8BEF747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1213FC1" w14:textId="77777777" w:rsidR="00B0125A" w:rsidRDefault="00B0125A"/>
        </w:tc>
      </w:tr>
      <w:tr w:rsidR="00B0125A" w14:paraId="1CC32F18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6B8E9AF" w14:textId="77777777" w:rsidR="00B0125A" w:rsidRDefault="00000000">
            <w:r>
              <w:t>20.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EE9AA08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52CA504" w14:textId="77777777" w:rsidR="00B0125A" w:rsidRDefault="00B0125A"/>
        </w:tc>
      </w:tr>
      <w:tr w:rsidR="00B0125A" w14:paraId="0DFE0CF2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6F27EBE" w14:textId="77777777" w:rsidR="00B0125A" w:rsidRDefault="00000000">
            <w:r>
              <w:t>21.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FF4FC64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483591B" w14:textId="77777777" w:rsidR="00B0125A" w:rsidRDefault="00B0125A"/>
        </w:tc>
      </w:tr>
      <w:tr w:rsidR="00B0125A" w14:paraId="42F9CB22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64352DD" w14:textId="77777777" w:rsidR="00B0125A" w:rsidRDefault="00000000">
            <w:r>
              <w:t>22.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FCED5E8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CF0F527" w14:textId="77777777" w:rsidR="00B0125A" w:rsidRDefault="00B0125A"/>
        </w:tc>
      </w:tr>
      <w:tr w:rsidR="00B0125A" w14:paraId="3010765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3F2BBD6" w14:textId="77777777" w:rsidR="00B0125A" w:rsidRDefault="00000000">
            <w:r>
              <w:t>23.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21CA41D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FD095D1" w14:textId="77777777" w:rsidR="00B0125A" w:rsidRDefault="00B0125A"/>
        </w:tc>
      </w:tr>
      <w:tr w:rsidR="00B0125A" w14:paraId="2C5177EB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2992541" w14:textId="77777777" w:rsidR="00B0125A" w:rsidRDefault="00000000">
            <w:r>
              <w:t>24.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836D7D3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B028FBE" w14:textId="77777777" w:rsidR="00B0125A" w:rsidRDefault="00B0125A"/>
        </w:tc>
      </w:tr>
      <w:tr w:rsidR="00B0125A" w14:paraId="32E88DD1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C722AA4" w14:textId="77777777" w:rsidR="00B0125A" w:rsidRDefault="00000000">
            <w:r>
              <w:t>25.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2DABF3A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CE6F242" w14:textId="77777777" w:rsidR="00B0125A" w:rsidRDefault="00B0125A"/>
        </w:tc>
      </w:tr>
      <w:tr w:rsidR="00B0125A" w14:paraId="4A667A49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E955B7A" w14:textId="77777777" w:rsidR="00B0125A" w:rsidRDefault="00000000">
            <w:r>
              <w:t>26.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2E314E9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CA61453" w14:textId="77777777" w:rsidR="00B0125A" w:rsidRDefault="00B0125A"/>
        </w:tc>
      </w:tr>
      <w:tr w:rsidR="00B0125A" w14:paraId="60B22B04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86E1CF5" w14:textId="77777777" w:rsidR="00B0125A" w:rsidRDefault="00000000">
            <w:r>
              <w:t>27.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359C610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6100C3B" w14:textId="77777777" w:rsidR="00B0125A" w:rsidRDefault="00B0125A"/>
        </w:tc>
      </w:tr>
      <w:tr w:rsidR="00B0125A" w14:paraId="58364C69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E2934C3" w14:textId="77777777" w:rsidR="00B0125A" w:rsidRDefault="00000000">
            <w:r>
              <w:t>28.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DD9DD6D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2A108E78" w14:textId="77777777" w:rsidR="00B0125A" w:rsidRDefault="00B0125A"/>
        </w:tc>
      </w:tr>
      <w:tr w:rsidR="00B0125A" w14:paraId="5F3F628E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61E488A" w14:textId="77777777" w:rsidR="00B0125A" w:rsidRDefault="00000000">
            <w:r>
              <w:t>29.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2D19B4B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E3F58D2" w14:textId="77777777" w:rsidR="00B0125A" w:rsidRDefault="00B0125A"/>
        </w:tc>
      </w:tr>
      <w:tr w:rsidR="00B0125A" w14:paraId="3A91AD23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1DB4BB94" w14:textId="77777777" w:rsidR="00B0125A" w:rsidRDefault="00000000">
            <w:r>
              <w:t>30.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98CD603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6AFB023C" w14:textId="77777777" w:rsidR="00B0125A" w:rsidRDefault="00B0125A"/>
        </w:tc>
      </w:tr>
      <w:tr w:rsidR="00B0125A" w14:paraId="57D2419A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01ABDC94" w14:textId="77777777" w:rsidR="00B0125A" w:rsidRDefault="00000000">
            <w:r>
              <w:t>31.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939CA78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91939FB" w14:textId="77777777" w:rsidR="00B0125A" w:rsidRDefault="00B0125A"/>
        </w:tc>
      </w:tr>
      <w:tr w:rsidR="00B0125A" w14:paraId="6E9F4424" w14:textId="77777777">
        <w:trPr>
          <w:trHeight w:val="3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82B8EAE" w14:textId="77777777" w:rsidR="00B0125A" w:rsidRDefault="00000000">
            <w:r>
              <w:t>CELKEM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A0D8BF7" w14:textId="77777777" w:rsidR="00B0125A" w:rsidRDefault="00B0125A"/>
        </w:tc>
        <w:tc>
          <w:tcPr>
            <w:tcW w:w="6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74BF6C00" w14:textId="77777777" w:rsidR="00B0125A" w:rsidRDefault="00B0125A"/>
        </w:tc>
      </w:tr>
    </w:tbl>
    <w:p w14:paraId="6F061AED" w14:textId="77777777" w:rsidR="00B0125A" w:rsidRDefault="00B0125A">
      <w:pPr>
        <w:spacing w:line="2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3402"/>
        <w:gridCol w:w="2834"/>
      </w:tblGrid>
      <w:tr w:rsidR="00B0125A" w14:paraId="48E026B1" w14:textId="77777777">
        <w:trPr>
          <w:trHeight w:val="720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</w:tcPr>
          <w:p w14:paraId="5843EE0F" w14:textId="77777777" w:rsidR="00B0125A" w:rsidRDefault="00B0125A"/>
        </w:tc>
        <w:tc>
          <w:tcPr>
            <w:tcW w:w="3402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411087F2" w14:textId="77777777" w:rsidR="00B0125A" w:rsidRDefault="00B0125A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60" w:type="dxa"/>
            </w:tcMar>
          </w:tcPr>
          <w:p w14:paraId="323C283B" w14:textId="5D09BFD3" w:rsidR="00B0125A" w:rsidRDefault="00B0125A"/>
        </w:tc>
      </w:tr>
      <w:tr w:rsidR="00B0125A" w14:paraId="465D9756" w14:textId="77777777">
        <w:tc>
          <w:tcPr>
            <w:tcW w:w="2834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A39242C" w14:textId="77777777" w:rsidR="00B0125A" w:rsidRDefault="00000000">
            <w:r>
              <w:rPr>
                <w:color w:val="000000"/>
                <w:sz w:val="12"/>
              </w:rPr>
              <w:t>DATUM A PODPIS ZAMĚSTNANCE</w:t>
            </w:r>
          </w:p>
        </w:tc>
        <w:tc>
          <w:tcPr>
            <w:tcW w:w="3402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5D2D9DF3" w14:textId="77777777" w:rsidR="00B0125A" w:rsidRDefault="00B0125A"/>
        </w:tc>
        <w:tc>
          <w:tcPr>
            <w:tcW w:w="2834" w:type="dxa"/>
            <w:tcMar>
              <w:top w:w="0" w:type="dxa"/>
              <w:left w:w="75" w:type="dxa"/>
              <w:bottom w:w="0" w:type="dxa"/>
              <w:right w:w="60" w:type="dxa"/>
            </w:tcMar>
            <w:vAlign w:val="center"/>
          </w:tcPr>
          <w:p w14:paraId="3A1157AF" w14:textId="77777777" w:rsidR="00B0125A" w:rsidRDefault="00000000">
            <w:r>
              <w:rPr>
                <w:color w:val="000000"/>
                <w:sz w:val="12"/>
              </w:rPr>
              <w:t>DATUM A PODPIS PRACOVNÍKA</w:t>
            </w:r>
            <w:r>
              <w:rPr>
                <w:color w:val="000000"/>
                <w:sz w:val="12"/>
              </w:rPr>
              <w:br/>
              <w:t>POVĚŘENÉHO PŘEVZETÍM PRÁCE</w:t>
            </w:r>
          </w:p>
        </w:tc>
      </w:tr>
    </w:tbl>
    <w:p w14:paraId="0F839204" w14:textId="77777777" w:rsidR="00C46290" w:rsidRDefault="00C46290"/>
    <w:sectPr w:rsidR="00C46290" w:rsidSect="00034616">
      <w:footerReference w:type="default" r:id="rId9"/>
      <w:pgSz w:w="11906" w:h="16838"/>
      <w:pgMar w:top="600" w:right="1418" w:bottom="540" w:left="1418" w:header="720" w:footer="5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2152" w14:textId="77777777" w:rsidR="00C46290" w:rsidRDefault="00C46290">
      <w:r>
        <w:separator/>
      </w:r>
    </w:p>
  </w:endnote>
  <w:endnote w:type="continuationSeparator" w:id="0">
    <w:p w14:paraId="53A8DA95" w14:textId="77777777" w:rsidR="00C46290" w:rsidRDefault="00C4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B29B3" w14:textId="77777777" w:rsidR="00B0125A" w:rsidRDefault="00000000">
    <w:pPr>
      <w:pStyle w:val="Zpat"/>
      <w:pBdr>
        <w:top w:val="single" w:sz="10" w:space="3" w:color="auto"/>
      </w:pBdr>
      <w:jc w:val="center"/>
    </w:pPr>
    <w:r>
      <w:rPr>
        <w:color w:val="000000"/>
      </w:rPr>
      <w:t xml:space="preserve">IČO: 002 16 208 | DIČ: CZ00216208 | Ke </w:t>
    </w:r>
    <w:proofErr w:type="spellStart"/>
    <w:r>
      <w:rPr>
        <w:color w:val="000000"/>
      </w:rPr>
      <w:t>Karlovu</w:t>
    </w:r>
    <w:proofErr w:type="spellEnd"/>
    <w:r>
      <w:rPr>
        <w:color w:val="000000"/>
      </w:rPr>
      <w:t xml:space="preserve"> 3, 121 16 Praha 2 | www.mff.cuni.cz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73EDF" w14:textId="77777777" w:rsidR="00C46290" w:rsidRDefault="00C46290">
      <w:r>
        <w:separator/>
      </w:r>
    </w:p>
  </w:footnote>
  <w:footnote w:type="continuationSeparator" w:id="0">
    <w:p w14:paraId="46B6E85E" w14:textId="77777777" w:rsidR="00C46290" w:rsidRDefault="00C46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2116958">
    <w:abstractNumId w:val="8"/>
  </w:num>
  <w:num w:numId="2" w16cid:durableId="1024939215">
    <w:abstractNumId w:val="6"/>
  </w:num>
  <w:num w:numId="3" w16cid:durableId="1034189635">
    <w:abstractNumId w:val="5"/>
  </w:num>
  <w:num w:numId="4" w16cid:durableId="513417504">
    <w:abstractNumId w:val="4"/>
  </w:num>
  <w:num w:numId="5" w16cid:durableId="2007317096">
    <w:abstractNumId w:val="7"/>
  </w:num>
  <w:num w:numId="6" w16cid:durableId="708146581">
    <w:abstractNumId w:val="3"/>
  </w:num>
  <w:num w:numId="7" w16cid:durableId="111479963">
    <w:abstractNumId w:val="2"/>
  </w:num>
  <w:num w:numId="8" w16cid:durableId="1748990221">
    <w:abstractNumId w:val="1"/>
  </w:num>
  <w:num w:numId="9" w16cid:durableId="127651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2ADC"/>
    <w:rsid w:val="00944216"/>
    <w:rsid w:val="00AA1D8D"/>
    <w:rsid w:val="00B0125A"/>
    <w:rsid w:val="00B47730"/>
    <w:rsid w:val="00C4629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23A94"/>
  <w14:defaultImageDpi w14:val="300"/>
  <w15:docId w15:val="{9F85F6C2-FE04-49B1-A23D-37E8A3F4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Cambria" w:hAnsi="Cambria"/>
      <w:sz w:val="16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Forstová Lenka</cp:lastModifiedBy>
  <cp:revision>2</cp:revision>
  <dcterms:created xsi:type="dcterms:W3CDTF">2013-12-23T23:15:00Z</dcterms:created>
  <dcterms:modified xsi:type="dcterms:W3CDTF">2026-09-29T23:38:00Z</dcterms:modified>
  <cp:category/>
</cp:coreProperties>
</file>